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שאלה: מי, מה, איפה, כמה, 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שאלה לתשובה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 שאלה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איזו מילת שאלה מתאימה?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מדוע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שאלה ותשובה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(הספרים על המדף)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(בכיתה עשרים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(רותי היא המורה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(אנחנו אוכלים פיתה)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השלמה - איזו מילת שאלה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 שואלת על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כמה מבקשת כמות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בניית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מי החברה הכי טובה שלך?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איפה החדר שלך?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הכוללת מי ושואלת על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שואלת על אדם, מה שואלת על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עם מיקום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דוגמה אחת מכל סוג שאלה לפני התחלת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ניתן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מילות שאלה שעוזרות לנו לשאול ולקבל מידע: מי, מה, איפה, כמה ומדוע.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איפה  ·  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- איזו מילת שאלה מתאימה?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___ הספרים? - על המדף.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___ הילד צוחק? - כי הבדיחה מצחיקה.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- שאלה ותשובה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איפה הספרים?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רותי היא המורה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כמה ילדים בכיתה?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הספרים על המדף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 המורה שלכם?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אנחנו אוכלים פיתה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אתם אוכלים?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בכיתה עשרים ילדים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השלמה - איזו מילת שאלה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שמך?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גר חברך הכי טוב?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מי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כמה שואלת על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- בניית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עם המילה מי, על חבר או חברה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שאלה עם המילה איפה, על מקום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שאלה אחת עם המילה 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מה לבין 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