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שאלה: מי, מה, איפה, כמה, 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שאלה לתשובה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 שאלה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איזו מילת שאלה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שאלה ותשובה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(הספרים על המדף)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(בכיתה עשרים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(רותי היא המורה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(אנחנו אוכלים פיתה)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(כי הבדיחה מצחיקה)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- איזו מילת שאלה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שואלת על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כמה מבקשת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איפה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מדוע מבקשת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מה שואלת על דברים, לא על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בניית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מי החברה הכי טובה שלך?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איפה החדר שלך?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כמה צעצועים יש 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מדוע איחרת היום?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הכוללת מי ושואלת על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שואלת על אדם, מה שואלת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מיקום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שאלה לפני התחלת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מילות שאלה: מי, מה, איפה, כמה, מדוע. כל מילה עוזרת לשאול שאלה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כַּמָּה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מַדּוּעַ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למה קרה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שְׁאֵלָה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שרוצים לדעת עליו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תְּשׁוּבָה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המידע שעונים על השאלה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מַדָּף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ששמים עליו 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איזו מילת שאלה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על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על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שואלת על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שאלה ותשובה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הספרים?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בכיתה עשרים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 ילדים בכיתה?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אנחנו אוכלים פיתה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 המורה שלכם?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 הבדיחה מצחיקה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אתם אוכלים?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רותי היא המורה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מדוע הילד צוחק?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הספרים על המדף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השלמה - איזו מילת שאלה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שמך?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גר חברך הכי טוב?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ילדים יש במשפחה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אתה בוכה?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בא איתך הביתה?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מי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כמה שואלת על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איפה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מדוע שואלת למה קרה דבר 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מה אפשר לשאול רק על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בניית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המילה מי, על חבר או חברה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עם המילה איפה, על מקום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עם המילה כמה, על דבר שיש לכם הרבה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שאלה עם המילה מדוע, על דבר שקרה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מה לבין 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תשובה מתאימה לשאלה: איפה הילקוט שלך?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