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שאלה: מי, מה, איפה, כמה, מדוע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שאלה לתשובה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 שאלה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איזו מילת שאלה מתאימה?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- שאלה ותשובה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(הספרים על המדף)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(בכיתה עשרים ילדים)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(רותי היא המורה שלנו)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(אנחנו אוכלים פיתה)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(כי הבדיחה מצחיקה)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השלמה - איזו מילת שאלה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 שואלת על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כמה מבקשת 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איפה שואלת על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מדוע מבקשת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מה שואלת על דברים, לא על אנשים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בניית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מי החברה הכי טובה שלך?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איפה החדר שלך?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כמה צעצועים יש לך?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לדוגמה: מדוע איחרת היום?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הכוללת מי ושואלת על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שואלת על אדם, מה שואלת על 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עם מיקום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דוגמה אחת מכל סוג שאלה לפני התחלת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ניתן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מילות שאלה שעוזרות לנו לשאול ולקבל מידע: מי, מה, איפה, כמה ומדוע.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איזו מילת שאלה מתאימה?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___ הספרים? - על המדף.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___ הילד צוחק? - כי הבדיחה מצחיקה.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___ ילדים בכיתה? - עשרים.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___ המורה שלכם? - רותי.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___ אתם אוכלים? - פיתה.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- שאלה ותשובה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איפה הספרים?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אנחנו אוכלים פיתה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כמה ילדים בכיתה?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כי הבדיחה מצחיקה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 המורה שלכם?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הספרים על המדף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אתם אוכלים?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רותי היא המורה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מדוע הילד צוחק?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בכיתה עשרים ילדים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השלמה - איזו מילת שאלה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שמך?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גר חברך הכי טוב?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ילדים יש במשפחה שלך?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אתה בוכה?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בא איתך הביתה?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מי שואלת על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כמה שואלת על 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איפה שואלת על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מדוע שואלת למה קרה דבר 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מה אפשר לשאול רק על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- בניית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עם המילה מי, על חבר או חברה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עם המילה איפה, על מקום בבית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שאלה עם המילה כמה, על דבר שיש לכם הרבה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שאלה עם המילה מדוע, על דבר שקרה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עם המילה 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מה לבין 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תשובה מתאימה לשאלה: איפה הילקוט שלך?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